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E24F7" w14:textId="77777777" w:rsidR="00CA59F5" w:rsidRDefault="007D61CC">
      <w:pPr>
        <w:spacing w:after="120"/>
      </w:pPr>
      <w:r>
        <w:t>様式第１号</w:t>
      </w:r>
    </w:p>
    <w:p w14:paraId="379CE86E" w14:textId="77777777" w:rsidR="00CA59F5" w:rsidRDefault="007D61CC">
      <w:pPr>
        <w:spacing w:after="120"/>
        <w:jc w:val="right"/>
      </w:pPr>
      <w:r>
        <w:t>令和　　年　　月　　日</w:t>
      </w:r>
    </w:p>
    <w:p w14:paraId="198D8F7E" w14:textId="77777777" w:rsidR="00CA59F5" w:rsidRDefault="00CA59F5">
      <w:pPr>
        <w:spacing w:after="120"/>
      </w:pPr>
    </w:p>
    <w:p w14:paraId="66C68BD8" w14:textId="77777777" w:rsidR="00CA59F5" w:rsidRDefault="007D61CC">
      <w:pPr>
        <w:spacing w:after="240"/>
      </w:pPr>
      <w:r>
        <w:t>美幌町長　　平　野　浩　司　　様</w:t>
      </w:r>
    </w:p>
    <w:p w14:paraId="69EFCAB6" w14:textId="2D9F3DA6" w:rsidR="00CA59F5" w:rsidRDefault="007D61CC" w:rsidP="00AE0B79">
      <w:pPr>
        <w:wordWrap w:val="0"/>
        <w:spacing w:after="80"/>
        <w:jc w:val="right"/>
        <w:rPr>
          <w:lang w:eastAsia="ja-JP"/>
        </w:rPr>
      </w:pPr>
      <w:r>
        <w:rPr>
          <w:lang w:eastAsia="ja-JP"/>
        </w:rPr>
        <w:t>住　　　　所：</w:t>
      </w:r>
      <w:r w:rsidR="00AE0B79">
        <w:rPr>
          <w:rFonts w:hint="eastAsia"/>
          <w:lang w:eastAsia="ja-JP"/>
        </w:rPr>
        <w:t xml:space="preserve">　　　　　　　　　　　　　　　　　　</w:t>
      </w:r>
    </w:p>
    <w:p w14:paraId="2F40A1E1" w14:textId="5BD3B68A" w:rsidR="00CA59F5" w:rsidRDefault="007D61CC" w:rsidP="00AE0B79">
      <w:pPr>
        <w:wordWrap w:val="0"/>
        <w:spacing w:after="80"/>
        <w:jc w:val="right"/>
        <w:rPr>
          <w:lang w:eastAsia="ja-JP"/>
        </w:rPr>
      </w:pPr>
      <w:r>
        <w:rPr>
          <w:lang w:eastAsia="ja-JP"/>
        </w:rPr>
        <w:t>商号又は名称：</w:t>
      </w:r>
      <w:r w:rsidR="00AE0B79">
        <w:rPr>
          <w:rFonts w:hint="eastAsia"/>
          <w:lang w:eastAsia="ja-JP"/>
        </w:rPr>
        <w:t xml:space="preserve">　　　　　　　　　　　　　　　　　　</w:t>
      </w:r>
    </w:p>
    <w:p w14:paraId="5D8EEE95" w14:textId="1EB647A0" w:rsidR="00CA59F5" w:rsidRDefault="007D61CC" w:rsidP="00AE0B79">
      <w:pPr>
        <w:wordWrap w:val="0"/>
        <w:spacing w:after="240"/>
        <w:jc w:val="right"/>
      </w:pPr>
      <w:proofErr w:type="spellStart"/>
      <w:r>
        <w:t>代表者名</w:t>
      </w:r>
      <w:proofErr w:type="spellEnd"/>
      <w:r>
        <w:t>：</w:t>
      </w:r>
      <w:r w:rsidR="00AE0B79">
        <w:rPr>
          <w:rFonts w:hint="eastAsia"/>
          <w:lang w:eastAsia="ja-JP"/>
        </w:rPr>
        <w:t xml:space="preserve">　　　　　　　　　　　　　　　　　　</w:t>
      </w:r>
    </w:p>
    <w:p w14:paraId="4F63ACA9" w14:textId="77777777" w:rsidR="00CA59F5" w:rsidRDefault="007D61CC">
      <w:pPr>
        <w:spacing w:before="240" w:after="360"/>
        <w:jc w:val="center"/>
      </w:pPr>
      <w:r>
        <w:rPr>
          <w:b/>
          <w:sz w:val="32"/>
        </w:rPr>
        <w:t>参　加　表　明　書</w:t>
      </w:r>
    </w:p>
    <w:p w14:paraId="3DE3A3C4" w14:textId="77777777" w:rsidR="00CA59F5" w:rsidRDefault="007D61CC">
      <w:pPr>
        <w:spacing w:after="80"/>
        <w:rPr>
          <w:lang w:eastAsia="ja-JP"/>
        </w:rPr>
      </w:pPr>
      <w:r>
        <w:rPr>
          <w:lang w:eastAsia="ja-JP"/>
        </w:rPr>
        <w:t>下記の業務に係る公募型プロポーザルに参加したいので、関係資料を添えて参加表明書を提出します。</w:t>
      </w:r>
    </w:p>
    <w:p w14:paraId="610E5DE8" w14:textId="77777777" w:rsidR="00CA59F5" w:rsidRDefault="007D61CC">
      <w:pPr>
        <w:spacing w:after="320"/>
        <w:rPr>
          <w:lang w:eastAsia="ja-JP"/>
        </w:rPr>
      </w:pPr>
      <w:r>
        <w:rPr>
          <w:lang w:eastAsia="ja-JP"/>
        </w:rPr>
        <w:t>なお、参加資格要件を満たしていること及びこの表明書並びに添付書類の内容については事実と相違ないことを誓約します。</w:t>
      </w:r>
    </w:p>
    <w:p w14:paraId="7F3586F6" w14:textId="77777777" w:rsidR="00CA59F5" w:rsidRDefault="007D61CC">
      <w:pPr>
        <w:spacing w:after="240"/>
        <w:jc w:val="center"/>
        <w:rPr>
          <w:lang w:eastAsia="ja-JP"/>
        </w:rPr>
      </w:pPr>
      <w:r>
        <w:rPr>
          <w:lang w:eastAsia="ja-JP"/>
        </w:rPr>
        <w:t>記</w:t>
      </w:r>
    </w:p>
    <w:p w14:paraId="43878AF8" w14:textId="77777777" w:rsidR="00CA59F5" w:rsidRDefault="007D61CC">
      <w:pPr>
        <w:spacing w:after="400"/>
        <w:rPr>
          <w:lang w:eastAsia="ja-JP"/>
        </w:rPr>
      </w:pPr>
      <w:r>
        <w:rPr>
          <w:lang w:eastAsia="ja-JP"/>
        </w:rPr>
        <w:t>業　務　名　　美幌町地域アプリ構築等業務</w:t>
      </w:r>
    </w:p>
    <w:p w14:paraId="41EB32D2" w14:textId="77777777" w:rsidR="00CA59F5" w:rsidRDefault="007D61CC">
      <w:pPr>
        <w:spacing w:after="80"/>
      </w:pPr>
      <w:r>
        <w:t>【</w:t>
      </w:r>
      <w:proofErr w:type="spellStart"/>
      <w:r>
        <w:t>担当者連絡先</w:t>
      </w:r>
      <w:proofErr w:type="spellEnd"/>
      <w:r>
        <w:t>】</w:t>
      </w:r>
    </w:p>
    <w:tbl>
      <w:tblPr>
        <w:tblW w:w="0" w:type="auto"/>
        <w:jc w:val="center"/>
        <w:tblLook w:val="04A0" w:firstRow="1" w:lastRow="0" w:firstColumn="1" w:lastColumn="0" w:noHBand="0" w:noVBand="1"/>
      </w:tblPr>
      <w:tblGrid>
        <w:gridCol w:w="2551"/>
        <w:gridCol w:w="6520"/>
      </w:tblGrid>
      <w:tr w:rsidR="00CA59F5" w14:paraId="04AA9439"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77097D40" w14:textId="77777777" w:rsidR="00CA59F5" w:rsidRDefault="007D61CC">
            <w:pPr>
              <w:spacing w:before="80" w:after="80"/>
            </w:pPr>
            <w:r>
              <w:t>商号又は名称</w:t>
            </w:r>
          </w:p>
        </w:tc>
        <w:tc>
          <w:tcPr>
            <w:tcW w:w="6520" w:type="dxa"/>
            <w:tcBorders>
              <w:top w:val="single" w:sz="4" w:space="0" w:color="000000"/>
              <w:left w:val="single" w:sz="4" w:space="0" w:color="000000"/>
              <w:bottom w:val="single" w:sz="4" w:space="0" w:color="000000"/>
              <w:right w:val="single" w:sz="4" w:space="0" w:color="000000"/>
            </w:tcBorders>
          </w:tcPr>
          <w:p w14:paraId="4216EDB8" w14:textId="77777777" w:rsidR="00CA59F5" w:rsidRDefault="00CA59F5">
            <w:pPr>
              <w:spacing w:before="80" w:after="80"/>
            </w:pPr>
          </w:p>
        </w:tc>
      </w:tr>
      <w:tr w:rsidR="00CA59F5" w14:paraId="0904575C"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1F050329" w14:textId="77777777" w:rsidR="00CA59F5" w:rsidRDefault="007D61CC">
            <w:pPr>
              <w:spacing w:before="80" w:after="80"/>
            </w:pPr>
            <w:r>
              <w:t>担当部署</w:t>
            </w:r>
          </w:p>
        </w:tc>
        <w:tc>
          <w:tcPr>
            <w:tcW w:w="6520" w:type="dxa"/>
            <w:tcBorders>
              <w:top w:val="single" w:sz="4" w:space="0" w:color="000000"/>
              <w:left w:val="single" w:sz="4" w:space="0" w:color="000000"/>
              <w:bottom w:val="single" w:sz="4" w:space="0" w:color="000000"/>
              <w:right w:val="single" w:sz="4" w:space="0" w:color="000000"/>
            </w:tcBorders>
          </w:tcPr>
          <w:p w14:paraId="1E56F511" w14:textId="77777777" w:rsidR="00CA59F5" w:rsidRDefault="00CA59F5">
            <w:pPr>
              <w:spacing w:before="80" w:after="80"/>
            </w:pPr>
          </w:p>
        </w:tc>
      </w:tr>
      <w:tr w:rsidR="00CA59F5" w14:paraId="5ABCE44C"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06981128" w14:textId="77777777" w:rsidR="00CA59F5" w:rsidRDefault="007D61CC">
            <w:pPr>
              <w:spacing w:before="80" w:after="80"/>
              <w:rPr>
                <w:lang w:eastAsia="ja-JP"/>
              </w:rPr>
            </w:pPr>
            <w:r>
              <w:rPr>
                <w:lang w:eastAsia="ja-JP"/>
              </w:rPr>
              <w:t>担当者（役職・氏名）</w:t>
            </w:r>
          </w:p>
        </w:tc>
        <w:tc>
          <w:tcPr>
            <w:tcW w:w="6520" w:type="dxa"/>
            <w:tcBorders>
              <w:top w:val="single" w:sz="4" w:space="0" w:color="000000"/>
              <w:left w:val="single" w:sz="4" w:space="0" w:color="000000"/>
              <w:bottom w:val="single" w:sz="4" w:space="0" w:color="000000"/>
              <w:right w:val="single" w:sz="4" w:space="0" w:color="000000"/>
            </w:tcBorders>
          </w:tcPr>
          <w:p w14:paraId="12D6EFDE" w14:textId="77777777" w:rsidR="00CA59F5" w:rsidRDefault="00CA59F5">
            <w:pPr>
              <w:spacing w:before="80" w:after="80"/>
              <w:rPr>
                <w:lang w:eastAsia="ja-JP"/>
              </w:rPr>
            </w:pPr>
          </w:p>
        </w:tc>
      </w:tr>
      <w:tr w:rsidR="00CA59F5" w14:paraId="5A17775A"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1B8F30D9" w14:textId="77777777" w:rsidR="00CA59F5" w:rsidRDefault="007D61CC">
            <w:pPr>
              <w:spacing w:before="80" w:after="80"/>
            </w:pPr>
            <w:proofErr w:type="spellStart"/>
            <w:r>
              <w:t>電話番号／FAX番号</w:t>
            </w:r>
            <w:proofErr w:type="spellEnd"/>
          </w:p>
        </w:tc>
        <w:tc>
          <w:tcPr>
            <w:tcW w:w="6520" w:type="dxa"/>
            <w:tcBorders>
              <w:top w:val="single" w:sz="4" w:space="0" w:color="000000"/>
              <w:left w:val="single" w:sz="4" w:space="0" w:color="000000"/>
              <w:bottom w:val="single" w:sz="4" w:space="0" w:color="000000"/>
              <w:right w:val="single" w:sz="4" w:space="0" w:color="000000"/>
            </w:tcBorders>
          </w:tcPr>
          <w:p w14:paraId="5F51A443" w14:textId="408109F9" w:rsidR="00CA59F5" w:rsidRDefault="00AE0B79">
            <w:pPr>
              <w:spacing w:before="80" w:after="80"/>
            </w:pPr>
            <w:r>
              <w:rPr>
                <w:rFonts w:hint="eastAsia"/>
                <w:lang w:eastAsia="ja-JP"/>
              </w:rPr>
              <w:t xml:space="preserve">　　　　　　　　　　　　　　　　</w:t>
            </w:r>
            <w:r w:rsidR="007D61CC">
              <w:t>／</w:t>
            </w:r>
          </w:p>
        </w:tc>
      </w:tr>
      <w:tr w:rsidR="00CA59F5" w14:paraId="00291246"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514AAFCE" w14:textId="77777777" w:rsidR="00CA59F5" w:rsidRDefault="007D61CC">
            <w:pPr>
              <w:spacing w:before="80" w:after="80"/>
            </w:pPr>
            <w:r>
              <w:t>メールアドレス</w:t>
            </w:r>
          </w:p>
        </w:tc>
        <w:tc>
          <w:tcPr>
            <w:tcW w:w="6520" w:type="dxa"/>
            <w:tcBorders>
              <w:top w:val="single" w:sz="4" w:space="0" w:color="000000"/>
              <w:left w:val="single" w:sz="4" w:space="0" w:color="000000"/>
              <w:bottom w:val="single" w:sz="4" w:space="0" w:color="000000"/>
              <w:right w:val="single" w:sz="4" w:space="0" w:color="000000"/>
            </w:tcBorders>
          </w:tcPr>
          <w:p w14:paraId="39475232" w14:textId="77777777" w:rsidR="00CA59F5" w:rsidRDefault="00CA59F5">
            <w:pPr>
              <w:spacing w:before="80" w:after="80"/>
            </w:pPr>
          </w:p>
        </w:tc>
      </w:tr>
    </w:tbl>
    <w:p w14:paraId="42AEAD32" w14:textId="77777777" w:rsidR="00CA59F5" w:rsidRDefault="007D61CC">
      <w:r>
        <w:br w:type="page"/>
      </w:r>
    </w:p>
    <w:p w14:paraId="42371F9F" w14:textId="77777777" w:rsidR="00CA59F5" w:rsidRDefault="007D61CC">
      <w:pPr>
        <w:spacing w:after="120"/>
      </w:pPr>
      <w:r>
        <w:lastRenderedPageBreak/>
        <w:t>様式第２号</w:t>
      </w:r>
    </w:p>
    <w:p w14:paraId="57C4F16C" w14:textId="77777777" w:rsidR="00CA59F5" w:rsidRDefault="007D61CC">
      <w:pPr>
        <w:spacing w:after="120"/>
        <w:jc w:val="right"/>
      </w:pPr>
      <w:r>
        <w:t>令和　　年　　月　　日</w:t>
      </w:r>
    </w:p>
    <w:p w14:paraId="396EB432" w14:textId="77777777" w:rsidR="00CA59F5" w:rsidRDefault="00CA59F5">
      <w:pPr>
        <w:spacing w:after="120"/>
      </w:pPr>
    </w:p>
    <w:p w14:paraId="6703B495" w14:textId="77777777" w:rsidR="00CA59F5" w:rsidRDefault="007D61CC">
      <w:pPr>
        <w:spacing w:after="240"/>
      </w:pPr>
      <w:r>
        <w:t>美幌町長　　平　野　浩　司　　様</w:t>
      </w:r>
    </w:p>
    <w:p w14:paraId="1433B0D7" w14:textId="77777777" w:rsidR="00CA59F5" w:rsidRDefault="007D61CC">
      <w:pPr>
        <w:spacing w:before="240" w:after="360"/>
        <w:jc w:val="center"/>
        <w:rPr>
          <w:lang w:eastAsia="ja-JP"/>
        </w:rPr>
      </w:pPr>
      <w:r>
        <w:rPr>
          <w:b/>
          <w:sz w:val="32"/>
          <w:lang w:eastAsia="ja-JP"/>
        </w:rPr>
        <w:t>質　問　書</w:t>
      </w:r>
    </w:p>
    <w:p w14:paraId="1E13F37C" w14:textId="77777777" w:rsidR="00CA59F5" w:rsidRDefault="007D61CC">
      <w:pPr>
        <w:spacing w:after="320"/>
        <w:rPr>
          <w:lang w:eastAsia="ja-JP"/>
        </w:rPr>
      </w:pPr>
      <w:r>
        <w:rPr>
          <w:lang w:eastAsia="ja-JP"/>
        </w:rPr>
        <w:t xml:space="preserve">　美幌町地域アプリ構築等業務の公募型プロポーザルについて、次の項目を質問します。</w:t>
      </w:r>
    </w:p>
    <w:tbl>
      <w:tblPr>
        <w:tblW w:w="0" w:type="auto"/>
        <w:jc w:val="center"/>
        <w:tblLook w:val="04A0" w:firstRow="1" w:lastRow="0" w:firstColumn="1" w:lastColumn="0" w:noHBand="0" w:noVBand="1"/>
      </w:tblPr>
      <w:tblGrid>
        <w:gridCol w:w="2551"/>
        <w:gridCol w:w="6520"/>
      </w:tblGrid>
      <w:tr w:rsidR="00CA59F5" w14:paraId="0403DE32"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7E70AB8B" w14:textId="77777777" w:rsidR="00CA59F5" w:rsidRDefault="007D61CC">
            <w:pPr>
              <w:spacing w:before="80" w:after="80"/>
            </w:pPr>
            <w:r>
              <w:t>住　所</w:t>
            </w:r>
          </w:p>
        </w:tc>
        <w:tc>
          <w:tcPr>
            <w:tcW w:w="6520" w:type="dxa"/>
            <w:tcBorders>
              <w:top w:val="single" w:sz="4" w:space="0" w:color="000000"/>
              <w:left w:val="single" w:sz="4" w:space="0" w:color="000000"/>
              <w:bottom w:val="single" w:sz="4" w:space="0" w:color="000000"/>
              <w:right w:val="single" w:sz="4" w:space="0" w:color="000000"/>
            </w:tcBorders>
          </w:tcPr>
          <w:p w14:paraId="4371E8FC" w14:textId="77777777" w:rsidR="00CA59F5" w:rsidRDefault="00CA59F5">
            <w:pPr>
              <w:spacing w:before="80" w:after="80"/>
            </w:pPr>
          </w:p>
        </w:tc>
      </w:tr>
      <w:tr w:rsidR="00CA59F5" w14:paraId="6D70FB11"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236FE50E" w14:textId="77777777" w:rsidR="00CA59F5" w:rsidRDefault="007D61CC">
            <w:pPr>
              <w:spacing w:before="80" w:after="80"/>
            </w:pPr>
            <w:r>
              <w:t>商号又は名称</w:t>
            </w:r>
          </w:p>
        </w:tc>
        <w:tc>
          <w:tcPr>
            <w:tcW w:w="6520" w:type="dxa"/>
            <w:tcBorders>
              <w:top w:val="single" w:sz="4" w:space="0" w:color="000000"/>
              <w:left w:val="single" w:sz="4" w:space="0" w:color="000000"/>
              <w:bottom w:val="single" w:sz="4" w:space="0" w:color="000000"/>
              <w:right w:val="single" w:sz="4" w:space="0" w:color="000000"/>
            </w:tcBorders>
          </w:tcPr>
          <w:p w14:paraId="16B3091A" w14:textId="77777777" w:rsidR="00CA59F5" w:rsidRDefault="00CA59F5">
            <w:pPr>
              <w:spacing w:before="80" w:after="80"/>
            </w:pPr>
          </w:p>
        </w:tc>
      </w:tr>
      <w:tr w:rsidR="00CA59F5" w14:paraId="233EAFF5"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225CA61A" w14:textId="77777777" w:rsidR="00CA59F5" w:rsidRDefault="007D61CC">
            <w:pPr>
              <w:spacing w:before="80" w:after="80"/>
              <w:rPr>
                <w:lang w:eastAsia="ja-JP"/>
              </w:rPr>
            </w:pPr>
            <w:r>
              <w:rPr>
                <w:lang w:eastAsia="ja-JP"/>
              </w:rPr>
              <w:t>質問に対する</w:t>
            </w:r>
            <w:r>
              <w:rPr>
                <w:lang w:eastAsia="ja-JP"/>
              </w:rPr>
              <w:br/>
              <w:t>責任者（役職・氏名）</w:t>
            </w:r>
          </w:p>
        </w:tc>
        <w:tc>
          <w:tcPr>
            <w:tcW w:w="6520" w:type="dxa"/>
            <w:tcBorders>
              <w:top w:val="single" w:sz="4" w:space="0" w:color="000000"/>
              <w:left w:val="single" w:sz="4" w:space="0" w:color="000000"/>
              <w:bottom w:val="single" w:sz="4" w:space="0" w:color="000000"/>
              <w:right w:val="single" w:sz="4" w:space="0" w:color="000000"/>
            </w:tcBorders>
          </w:tcPr>
          <w:p w14:paraId="575CEEB6" w14:textId="77777777" w:rsidR="00CA59F5" w:rsidRDefault="00CA59F5">
            <w:pPr>
              <w:spacing w:before="80" w:after="80"/>
              <w:rPr>
                <w:lang w:eastAsia="ja-JP"/>
              </w:rPr>
            </w:pPr>
          </w:p>
        </w:tc>
      </w:tr>
      <w:tr w:rsidR="00CA59F5" w14:paraId="78ED47BE"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36F11CCD" w14:textId="77777777" w:rsidR="00CA59F5" w:rsidRDefault="007D61CC">
            <w:pPr>
              <w:spacing w:before="80" w:after="80"/>
            </w:pPr>
            <w:proofErr w:type="spellStart"/>
            <w:r>
              <w:t>電話番号／FAX番号</w:t>
            </w:r>
            <w:proofErr w:type="spellEnd"/>
          </w:p>
        </w:tc>
        <w:tc>
          <w:tcPr>
            <w:tcW w:w="6520" w:type="dxa"/>
            <w:tcBorders>
              <w:top w:val="single" w:sz="4" w:space="0" w:color="000000"/>
              <w:left w:val="single" w:sz="4" w:space="0" w:color="000000"/>
              <w:bottom w:val="single" w:sz="4" w:space="0" w:color="000000"/>
              <w:right w:val="single" w:sz="4" w:space="0" w:color="000000"/>
            </w:tcBorders>
          </w:tcPr>
          <w:p w14:paraId="5AEAB34C" w14:textId="77777777" w:rsidR="00CA59F5" w:rsidRDefault="00CA59F5">
            <w:pPr>
              <w:spacing w:before="80" w:after="80"/>
            </w:pPr>
          </w:p>
        </w:tc>
      </w:tr>
      <w:tr w:rsidR="00CA59F5" w14:paraId="7035F282"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41E63BC2" w14:textId="77777777" w:rsidR="00CA59F5" w:rsidRDefault="007D61CC">
            <w:pPr>
              <w:spacing w:before="80" w:after="80"/>
            </w:pPr>
            <w:r>
              <w:t>メールアドレス</w:t>
            </w:r>
          </w:p>
        </w:tc>
        <w:tc>
          <w:tcPr>
            <w:tcW w:w="6520" w:type="dxa"/>
            <w:tcBorders>
              <w:top w:val="single" w:sz="4" w:space="0" w:color="000000"/>
              <w:left w:val="single" w:sz="4" w:space="0" w:color="000000"/>
              <w:bottom w:val="single" w:sz="4" w:space="0" w:color="000000"/>
              <w:right w:val="single" w:sz="4" w:space="0" w:color="000000"/>
            </w:tcBorders>
          </w:tcPr>
          <w:p w14:paraId="388F6582" w14:textId="77777777" w:rsidR="00CA59F5" w:rsidRDefault="00CA59F5">
            <w:pPr>
              <w:spacing w:before="80" w:after="80"/>
            </w:pPr>
          </w:p>
        </w:tc>
      </w:tr>
    </w:tbl>
    <w:p w14:paraId="60A54D9A" w14:textId="77777777" w:rsidR="00CA59F5" w:rsidRDefault="00CA59F5">
      <w:pPr>
        <w:spacing w:after="120"/>
      </w:pPr>
    </w:p>
    <w:tbl>
      <w:tblPr>
        <w:tblW w:w="0" w:type="auto"/>
        <w:jc w:val="center"/>
        <w:tblLook w:val="04A0" w:firstRow="1" w:lastRow="0" w:firstColumn="1" w:lastColumn="0" w:noHBand="0" w:noVBand="1"/>
      </w:tblPr>
      <w:tblGrid>
        <w:gridCol w:w="1417"/>
        <w:gridCol w:w="7654"/>
      </w:tblGrid>
      <w:tr w:rsidR="00CA59F5" w14:paraId="07CAF02A" w14:textId="77777777">
        <w:trPr>
          <w:jc w:val="center"/>
        </w:trPr>
        <w:tc>
          <w:tcPr>
            <w:tcW w:w="1417" w:type="dxa"/>
            <w:tcBorders>
              <w:top w:val="single" w:sz="4" w:space="0" w:color="000000"/>
              <w:left w:val="single" w:sz="4" w:space="0" w:color="000000"/>
              <w:bottom w:val="single" w:sz="4" w:space="0" w:color="000000"/>
              <w:right w:val="single" w:sz="4" w:space="0" w:color="000000"/>
            </w:tcBorders>
          </w:tcPr>
          <w:p w14:paraId="409EE7D5" w14:textId="77777777" w:rsidR="00CA59F5" w:rsidRDefault="007D61CC">
            <w:pPr>
              <w:spacing w:before="80" w:after="80"/>
            </w:pPr>
            <w:r>
              <w:t>質問事項</w:t>
            </w:r>
          </w:p>
        </w:tc>
        <w:tc>
          <w:tcPr>
            <w:tcW w:w="7654" w:type="dxa"/>
            <w:tcBorders>
              <w:top w:val="single" w:sz="4" w:space="0" w:color="000000"/>
              <w:left w:val="single" w:sz="4" w:space="0" w:color="000000"/>
              <w:bottom w:val="single" w:sz="4" w:space="0" w:color="000000"/>
              <w:right w:val="single" w:sz="4" w:space="0" w:color="000000"/>
            </w:tcBorders>
          </w:tcPr>
          <w:p w14:paraId="2B30BCE2" w14:textId="77777777" w:rsidR="00CA59F5" w:rsidRDefault="007D61CC">
            <w:pPr>
              <w:spacing w:before="80" w:after="80"/>
            </w:pPr>
            <w:r>
              <w:t>質問内容</w:t>
            </w:r>
          </w:p>
        </w:tc>
      </w:tr>
      <w:tr w:rsidR="00CA59F5" w14:paraId="3D28E1C7" w14:textId="77777777">
        <w:trPr>
          <w:jc w:val="center"/>
        </w:trPr>
        <w:tc>
          <w:tcPr>
            <w:tcW w:w="1417" w:type="dxa"/>
            <w:tcBorders>
              <w:top w:val="single" w:sz="4" w:space="0" w:color="000000"/>
              <w:left w:val="single" w:sz="4" w:space="0" w:color="000000"/>
              <w:bottom w:val="single" w:sz="4" w:space="0" w:color="000000"/>
              <w:right w:val="single" w:sz="4" w:space="0" w:color="000000"/>
            </w:tcBorders>
          </w:tcPr>
          <w:p w14:paraId="0F6C285E" w14:textId="77777777" w:rsidR="00CA59F5" w:rsidRDefault="007D61CC">
            <w:pPr>
              <w:spacing w:before="80" w:after="80"/>
            </w:pPr>
            <w:r>
              <w:t>１</w:t>
            </w:r>
          </w:p>
        </w:tc>
        <w:tc>
          <w:tcPr>
            <w:tcW w:w="7654" w:type="dxa"/>
            <w:tcBorders>
              <w:top w:val="single" w:sz="4" w:space="0" w:color="000000"/>
              <w:left w:val="single" w:sz="4" w:space="0" w:color="000000"/>
              <w:bottom w:val="single" w:sz="4" w:space="0" w:color="000000"/>
              <w:right w:val="single" w:sz="4" w:space="0" w:color="000000"/>
            </w:tcBorders>
          </w:tcPr>
          <w:p w14:paraId="43555EF6" w14:textId="77777777" w:rsidR="00CA59F5" w:rsidRDefault="00CA59F5">
            <w:pPr>
              <w:spacing w:before="80" w:after="80"/>
            </w:pPr>
          </w:p>
        </w:tc>
      </w:tr>
      <w:tr w:rsidR="00CA59F5" w14:paraId="0CA91202" w14:textId="77777777">
        <w:trPr>
          <w:jc w:val="center"/>
        </w:trPr>
        <w:tc>
          <w:tcPr>
            <w:tcW w:w="1417" w:type="dxa"/>
            <w:tcBorders>
              <w:top w:val="single" w:sz="4" w:space="0" w:color="000000"/>
              <w:left w:val="single" w:sz="4" w:space="0" w:color="000000"/>
              <w:bottom w:val="single" w:sz="4" w:space="0" w:color="000000"/>
              <w:right w:val="single" w:sz="4" w:space="0" w:color="000000"/>
            </w:tcBorders>
          </w:tcPr>
          <w:p w14:paraId="646A6409" w14:textId="77777777" w:rsidR="00CA59F5" w:rsidRDefault="007D61CC">
            <w:pPr>
              <w:spacing w:before="80" w:after="80"/>
            </w:pPr>
            <w:r>
              <w:t>２</w:t>
            </w:r>
          </w:p>
        </w:tc>
        <w:tc>
          <w:tcPr>
            <w:tcW w:w="7654" w:type="dxa"/>
            <w:tcBorders>
              <w:top w:val="single" w:sz="4" w:space="0" w:color="000000"/>
              <w:left w:val="single" w:sz="4" w:space="0" w:color="000000"/>
              <w:bottom w:val="single" w:sz="4" w:space="0" w:color="000000"/>
              <w:right w:val="single" w:sz="4" w:space="0" w:color="000000"/>
            </w:tcBorders>
          </w:tcPr>
          <w:p w14:paraId="608C97D1" w14:textId="77777777" w:rsidR="00CA59F5" w:rsidRDefault="00CA59F5">
            <w:pPr>
              <w:spacing w:before="80" w:after="80"/>
            </w:pPr>
          </w:p>
        </w:tc>
      </w:tr>
      <w:tr w:rsidR="00CA59F5" w14:paraId="55067BD8" w14:textId="77777777">
        <w:trPr>
          <w:jc w:val="center"/>
        </w:trPr>
        <w:tc>
          <w:tcPr>
            <w:tcW w:w="1417" w:type="dxa"/>
            <w:tcBorders>
              <w:top w:val="single" w:sz="4" w:space="0" w:color="000000"/>
              <w:left w:val="single" w:sz="4" w:space="0" w:color="000000"/>
              <w:bottom w:val="single" w:sz="4" w:space="0" w:color="000000"/>
              <w:right w:val="single" w:sz="4" w:space="0" w:color="000000"/>
            </w:tcBorders>
          </w:tcPr>
          <w:p w14:paraId="4D248B7A" w14:textId="77777777" w:rsidR="00CA59F5" w:rsidRDefault="007D61CC">
            <w:pPr>
              <w:spacing w:before="80" w:after="80"/>
            </w:pPr>
            <w:r>
              <w:t>３</w:t>
            </w:r>
          </w:p>
        </w:tc>
        <w:tc>
          <w:tcPr>
            <w:tcW w:w="7654" w:type="dxa"/>
            <w:tcBorders>
              <w:top w:val="single" w:sz="4" w:space="0" w:color="000000"/>
              <w:left w:val="single" w:sz="4" w:space="0" w:color="000000"/>
              <w:bottom w:val="single" w:sz="4" w:space="0" w:color="000000"/>
              <w:right w:val="single" w:sz="4" w:space="0" w:color="000000"/>
            </w:tcBorders>
          </w:tcPr>
          <w:p w14:paraId="0E079C5E" w14:textId="77777777" w:rsidR="00CA59F5" w:rsidRDefault="00CA59F5">
            <w:pPr>
              <w:spacing w:before="80" w:after="80"/>
            </w:pPr>
          </w:p>
        </w:tc>
      </w:tr>
    </w:tbl>
    <w:p w14:paraId="74C9E20F" w14:textId="77777777" w:rsidR="00CA59F5" w:rsidRDefault="00CA59F5">
      <w:pPr>
        <w:spacing w:after="120"/>
      </w:pPr>
    </w:p>
    <w:p w14:paraId="7FF25C6C" w14:textId="77777777" w:rsidR="00CA59F5" w:rsidRDefault="007D61CC">
      <w:pPr>
        <w:spacing w:after="120"/>
        <w:rPr>
          <w:lang w:eastAsia="ja-JP"/>
        </w:rPr>
      </w:pPr>
      <w:r>
        <w:rPr>
          <w:sz w:val="18"/>
          <w:lang w:eastAsia="ja-JP"/>
        </w:rPr>
        <w:t>※　件名は「地域アプリプロポーザル質問書　（社名）」とし、電子メールにより提出すること。口頭による質問には応じない。</w:t>
      </w:r>
    </w:p>
    <w:p w14:paraId="0FD0888F" w14:textId="77777777" w:rsidR="00CA59F5" w:rsidRDefault="007D61CC">
      <w:pPr>
        <w:rPr>
          <w:lang w:eastAsia="ja-JP"/>
        </w:rPr>
      </w:pPr>
      <w:r>
        <w:rPr>
          <w:lang w:eastAsia="ja-JP"/>
        </w:rPr>
        <w:br w:type="page"/>
      </w:r>
    </w:p>
    <w:p w14:paraId="4E138A06" w14:textId="77777777" w:rsidR="00CA59F5" w:rsidRDefault="007D61CC">
      <w:pPr>
        <w:spacing w:after="120"/>
      </w:pPr>
      <w:r>
        <w:lastRenderedPageBreak/>
        <w:t>様式第３号</w:t>
      </w:r>
    </w:p>
    <w:p w14:paraId="5EA2EB3C" w14:textId="77777777" w:rsidR="00CA59F5" w:rsidRDefault="007D61CC">
      <w:pPr>
        <w:spacing w:after="120"/>
        <w:jc w:val="right"/>
      </w:pPr>
      <w:r>
        <w:t>令和　　年　　月　　日</w:t>
      </w:r>
    </w:p>
    <w:p w14:paraId="2B273B95" w14:textId="77777777" w:rsidR="00CA59F5" w:rsidRDefault="00CA59F5">
      <w:pPr>
        <w:spacing w:after="120"/>
      </w:pPr>
    </w:p>
    <w:p w14:paraId="1B25945B" w14:textId="77777777" w:rsidR="00CA59F5" w:rsidRDefault="007D61CC">
      <w:pPr>
        <w:spacing w:after="240"/>
      </w:pPr>
      <w:r>
        <w:t>美幌町長　　平　野　浩　司　　様</w:t>
      </w:r>
    </w:p>
    <w:p w14:paraId="0BB916A4" w14:textId="2EA3D04C" w:rsidR="00CA59F5" w:rsidRDefault="007D61CC" w:rsidP="00AE0B79">
      <w:pPr>
        <w:wordWrap w:val="0"/>
        <w:spacing w:after="80"/>
        <w:jc w:val="right"/>
        <w:rPr>
          <w:lang w:eastAsia="ja-JP"/>
        </w:rPr>
      </w:pPr>
      <w:r>
        <w:rPr>
          <w:lang w:eastAsia="ja-JP"/>
        </w:rPr>
        <w:t>住　　　　所：</w:t>
      </w:r>
      <w:r w:rsidR="00AE0B79">
        <w:rPr>
          <w:rFonts w:hint="eastAsia"/>
          <w:lang w:eastAsia="ja-JP"/>
        </w:rPr>
        <w:t xml:space="preserve">　　　　　　　　　　　　　　　　</w:t>
      </w:r>
    </w:p>
    <w:p w14:paraId="56A6522A" w14:textId="5D7AB146" w:rsidR="00CA59F5" w:rsidRDefault="007D61CC" w:rsidP="00AE0B79">
      <w:pPr>
        <w:wordWrap w:val="0"/>
        <w:spacing w:after="80"/>
        <w:jc w:val="right"/>
        <w:rPr>
          <w:lang w:eastAsia="ja-JP"/>
        </w:rPr>
      </w:pPr>
      <w:r>
        <w:rPr>
          <w:lang w:eastAsia="ja-JP"/>
        </w:rPr>
        <w:t>商号又は名称：</w:t>
      </w:r>
      <w:r w:rsidR="00AE0B79">
        <w:rPr>
          <w:rFonts w:hint="eastAsia"/>
          <w:lang w:eastAsia="ja-JP"/>
        </w:rPr>
        <w:t xml:space="preserve">　　　　　　　　　　　　　　　　</w:t>
      </w:r>
    </w:p>
    <w:p w14:paraId="45AB0520" w14:textId="715395B9" w:rsidR="00CA59F5" w:rsidRDefault="007D61CC" w:rsidP="00AE0B79">
      <w:pPr>
        <w:wordWrap w:val="0"/>
        <w:spacing w:after="240"/>
        <w:jc w:val="right"/>
      </w:pPr>
      <w:proofErr w:type="spellStart"/>
      <w:r>
        <w:t>代表者名</w:t>
      </w:r>
      <w:proofErr w:type="spellEnd"/>
      <w:r>
        <w:t>：</w:t>
      </w:r>
      <w:r w:rsidR="00AE0B79">
        <w:rPr>
          <w:rFonts w:hint="eastAsia"/>
          <w:lang w:eastAsia="ja-JP"/>
        </w:rPr>
        <w:t xml:space="preserve">　　　　　　　　　　　　　　　　</w:t>
      </w:r>
    </w:p>
    <w:p w14:paraId="4CF07DBB" w14:textId="77777777" w:rsidR="00CA59F5" w:rsidRDefault="007D61CC">
      <w:pPr>
        <w:spacing w:before="240" w:after="360"/>
        <w:jc w:val="center"/>
      </w:pPr>
      <w:r>
        <w:rPr>
          <w:b/>
          <w:sz w:val="32"/>
        </w:rPr>
        <w:t>企　画　提　案　書　提　出　届</w:t>
      </w:r>
    </w:p>
    <w:p w14:paraId="4114585C" w14:textId="77777777" w:rsidR="00CA59F5" w:rsidRDefault="007D61CC">
      <w:pPr>
        <w:spacing w:after="400"/>
        <w:rPr>
          <w:lang w:eastAsia="ja-JP"/>
        </w:rPr>
      </w:pPr>
      <w:r>
        <w:rPr>
          <w:lang w:eastAsia="ja-JP"/>
        </w:rPr>
        <w:t>業　務　名　　美幌町地域アプリ構築等業務</w:t>
      </w:r>
    </w:p>
    <w:p w14:paraId="448E8AB4" w14:textId="77777777" w:rsidR="00CA59F5" w:rsidRDefault="007D61CC">
      <w:pPr>
        <w:spacing w:after="400"/>
        <w:rPr>
          <w:lang w:eastAsia="ja-JP"/>
        </w:rPr>
      </w:pPr>
      <w:r>
        <w:rPr>
          <w:lang w:eastAsia="ja-JP"/>
        </w:rPr>
        <w:t xml:space="preserve">　標記業務委託公募型プロポーザルに係る企画提案書、機能要件対応表（別表Ⅰ・別表Ⅱ）及び見積書を別紙のとおり提出します。</w:t>
      </w:r>
    </w:p>
    <w:p w14:paraId="2B6BE798" w14:textId="77777777" w:rsidR="00CA59F5" w:rsidRDefault="007D61CC">
      <w:pPr>
        <w:spacing w:after="80"/>
      </w:pPr>
      <w:r>
        <w:t>【</w:t>
      </w:r>
      <w:proofErr w:type="spellStart"/>
      <w:r>
        <w:t>担当者連絡先</w:t>
      </w:r>
      <w:proofErr w:type="spellEnd"/>
      <w:r>
        <w:t>】</w:t>
      </w:r>
    </w:p>
    <w:tbl>
      <w:tblPr>
        <w:tblW w:w="0" w:type="auto"/>
        <w:jc w:val="center"/>
        <w:tblLook w:val="04A0" w:firstRow="1" w:lastRow="0" w:firstColumn="1" w:lastColumn="0" w:noHBand="0" w:noVBand="1"/>
      </w:tblPr>
      <w:tblGrid>
        <w:gridCol w:w="2551"/>
        <w:gridCol w:w="6520"/>
      </w:tblGrid>
      <w:tr w:rsidR="00CA59F5" w14:paraId="123F18DA"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65A081A4" w14:textId="77777777" w:rsidR="00CA59F5" w:rsidRDefault="007D61CC">
            <w:pPr>
              <w:spacing w:before="80" w:after="80"/>
            </w:pPr>
            <w:r>
              <w:t>商号又は名称</w:t>
            </w:r>
          </w:p>
        </w:tc>
        <w:tc>
          <w:tcPr>
            <w:tcW w:w="6520" w:type="dxa"/>
            <w:tcBorders>
              <w:top w:val="single" w:sz="4" w:space="0" w:color="000000"/>
              <w:left w:val="single" w:sz="4" w:space="0" w:color="000000"/>
              <w:bottom w:val="single" w:sz="4" w:space="0" w:color="000000"/>
              <w:right w:val="single" w:sz="4" w:space="0" w:color="000000"/>
            </w:tcBorders>
          </w:tcPr>
          <w:p w14:paraId="599A5F19" w14:textId="77777777" w:rsidR="00CA59F5" w:rsidRDefault="00CA59F5">
            <w:pPr>
              <w:spacing w:before="80" w:after="80"/>
            </w:pPr>
          </w:p>
        </w:tc>
      </w:tr>
      <w:tr w:rsidR="00CA59F5" w14:paraId="0B844EE6"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19A923B6" w14:textId="77777777" w:rsidR="00CA59F5" w:rsidRDefault="007D61CC">
            <w:pPr>
              <w:spacing w:before="80" w:after="80"/>
            </w:pPr>
            <w:r>
              <w:t>担当部署</w:t>
            </w:r>
          </w:p>
        </w:tc>
        <w:tc>
          <w:tcPr>
            <w:tcW w:w="6520" w:type="dxa"/>
            <w:tcBorders>
              <w:top w:val="single" w:sz="4" w:space="0" w:color="000000"/>
              <w:left w:val="single" w:sz="4" w:space="0" w:color="000000"/>
              <w:bottom w:val="single" w:sz="4" w:space="0" w:color="000000"/>
              <w:right w:val="single" w:sz="4" w:space="0" w:color="000000"/>
            </w:tcBorders>
          </w:tcPr>
          <w:p w14:paraId="08CBBFA8" w14:textId="77777777" w:rsidR="00CA59F5" w:rsidRDefault="00CA59F5">
            <w:pPr>
              <w:spacing w:before="80" w:after="80"/>
            </w:pPr>
          </w:p>
        </w:tc>
      </w:tr>
      <w:tr w:rsidR="00CA59F5" w14:paraId="15F5BC0A"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6DD3903D" w14:textId="77777777" w:rsidR="00CA59F5" w:rsidRDefault="007D61CC">
            <w:pPr>
              <w:spacing w:before="80" w:after="80"/>
              <w:rPr>
                <w:lang w:eastAsia="ja-JP"/>
              </w:rPr>
            </w:pPr>
            <w:r>
              <w:rPr>
                <w:lang w:eastAsia="ja-JP"/>
              </w:rPr>
              <w:t>担当者（役職・氏名）</w:t>
            </w:r>
          </w:p>
        </w:tc>
        <w:tc>
          <w:tcPr>
            <w:tcW w:w="6520" w:type="dxa"/>
            <w:tcBorders>
              <w:top w:val="single" w:sz="4" w:space="0" w:color="000000"/>
              <w:left w:val="single" w:sz="4" w:space="0" w:color="000000"/>
              <w:bottom w:val="single" w:sz="4" w:space="0" w:color="000000"/>
              <w:right w:val="single" w:sz="4" w:space="0" w:color="000000"/>
            </w:tcBorders>
          </w:tcPr>
          <w:p w14:paraId="68516753" w14:textId="77777777" w:rsidR="00CA59F5" w:rsidRDefault="00CA59F5">
            <w:pPr>
              <w:spacing w:before="80" w:after="80"/>
              <w:rPr>
                <w:lang w:eastAsia="ja-JP"/>
              </w:rPr>
            </w:pPr>
          </w:p>
        </w:tc>
      </w:tr>
      <w:tr w:rsidR="00CA59F5" w14:paraId="04BFA7A0"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0F3B79CB" w14:textId="77777777" w:rsidR="00CA59F5" w:rsidRDefault="007D61CC">
            <w:pPr>
              <w:spacing w:before="80" w:after="80"/>
            </w:pPr>
            <w:proofErr w:type="spellStart"/>
            <w:r>
              <w:t>電話番号／FAX番号</w:t>
            </w:r>
            <w:proofErr w:type="spellEnd"/>
          </w:p>
        </w:tc>
        <w:tc>
          <w:tcPr>
            <w:tcW w:w="6520" w:type="dxa"/>
            <w:tcBorders>
              <w:top w:val="single" w:sz="4" w:space="0" w:color="000000"/>
              <w:left w:val="single" w:sz="4" w:space="0" w:color="000000"/>
              <w:bottom w:val="single" w:sz="4" w:space="0" w:color="000000"/>
              <w:right w:val="single" w:sz="4" w:space="0" w:color="000000"/>
            </w:tcBorders>
          </w:tcPr>
          <w:p w14:paraId="77BC1006" w14:textId="6D9155F5" w:rsidR="00CA59F5" w:rsidRDefault="00AE0B79">
            <w:pPr>
              <w:spacing w:before="80" w:after="80"/>
            </w:pPr>
            <w:r>
              <w:rPr>
                <w:rFonts w:hint="eastAsia"/>
                <w:lang w:eastAsia="ja-JP"/>
              </w:rPr>
              <w:t xml:space="preserve">　　　　　　　　　　　　　　　</w:t>
            </w:r>
            <w:r w:rsidR="007D61CC">
              <w:t>／</w:t>
            </w:r>
          </w:p>
        </w:tc>
      </w:tr>
      <w:tr w:rsidR="00CA59F5" w14:paraId="72017759" w14:textId="77777777">
        <w:trPr>
          <w:jc w:val="center"/>
        </w:trPr>
        <w:tc>
          <w:tcPr>
            <w:tcW w:w="2551" w:type="dxa"/>
            <w:tcBorders>
              <w:top w:val="single" w:sz="4" w:space="0" w:color="000000"/>
              <w:left w:val="single" w:sz="4" w:space="0" w:color="000000"/>
              <w:bottom w:val="single" w:sz="4" w:space="0" w:color="000000"/>
              <w:right w:val="single" w:sz="4" w:space="0" w:color="000000"/>
            </w:tcBorders>
          </w:tcPr>
          <w:p w14:paraId="478E58E6" w14:textId="77777777" w:rsidR="00CA59F5" w:rsidRDefault="007D61CC">
            <w:pPr>
              <w:spacing w:before="80" w:after="80"/>
            </w:pPr>
            <w:r>
              <w:t>メールアドレス</w:t>
            </w:r>
          </w:p>
        </w:tc>
        <w:tc>
          <w:tcPr>
            <w:tcW w:w="6520" w:type="dxa"/>
            <w:tcBorders>
              <w:top w:val="single" w:sz="4" w:space="0" w:color="000000"/>
              <w:left w:val="single" w:sz="4" w:space="0" w:color="000000"/>
              <w:bottom w:val="single" w:sz="4" w:space="0" w:color="000000"/>
              <w:right w:val="single" w:sz="4" w:space="0" w:color="000000"/>
            </w:tcBorders>
          </w:tcPr>
          <w:p w14:paraId="3AF55D1A" w14:textId="77777777" w:rsidR="00CA59F5" w:rsidRDefault="00CA59F5">
            <w:pPr>
              <w:spacing w:before="80" w:after="80"/>
            </w:pPr>
          </w:p>
        </w:tc>
      </w:tr>
    </w:tbl>
    <w:p w14:paraId="3D4C876B" w14:textId="77777777" w:rsidR="00CA59F5" w:rsidRDefault="007D61CC">
      <w:r>
        <w:br w:type="page"/>
      </w:r>
    </w:p>
    <w:p w14:paraId="3BF3F7E7" w14:textId="77777777" w:rsidR="00CA59F5" w:rsidRDefault="007D61CC">
      <w:pPr>
        <w:spacing w:after="120"/>
      </w:pPr>
      <w:r>
        <w:lastRenderedPageBreak/>
        <w:t>様式第４号</w:t>
      </w:r>
    </w:p>
    <w:p w14:paraId="197A1F34" w14:textId="77777777" w:rsidR="00CA59F5" w:rsidRDefault="007D61CC">
      <w:pPr>
        <w:spacing w:after="120"/>
        <w:jc w:val="right"/>
      </w:pPr>
      <w:r>
        <w:t>令和　　年　　月　　日</w:t>
      </w:r>
    </w:p>
    <w:p w14:paraId="7D0BCFE6" w14:textId="77777777" w:rsidR="00CA59F5" w:rsidRDefault="00CA59F5">
      <w:pPr>
        <w:spacing w:after="120"/>
      </w:pPr>
    </w:p>
    <w:p w14:paraId="4933ABBB" w14:textId="77777777" w:rsidR="00CA59F5" w:rsidRDefault="007D61CC">
      <w:pPr>
        <w:spacing w:after="240"/>
      </w:pPr>
      <w:r>
        <w:t>美幌町長　　平　野　浩　司　　様</w:t>
      </w:r>
    </w:p>
    <w:p w14:paraId="5E500477" w14:textId="375EC79A" w:rsidR="00CA59F5" w:rsidRDefault="007D61CC" w:rsidP="00AE0B79">
      <w:pPr>
        <w:wordWrap w:val="0"/>
        <w:spacing w:after="80"/>
        <w:jc w:val="right"/>
        <w:rPr>
          <w:lang w:eastAsia="ja-JP"/>
        </w:rPr>
      </w:pPr>
      <w:r>
        <w:rPr>
          <w:lang w:eastAsia="ja-JP"/>
        </w:rPr>
        <w:t>住　　　　所：</w:t>
      </w:r>
      <w:r w:rsidR="00AE0B79">
        <w:rPr>
          <w:rFonts w:hint="eastAsia"/>
          <w:lang w:eastAsia="ja-JP"/>
        </w:rPr>
        <w:t xml:space="preserve">　　　　　　　　　　　　　　　</w:t>
      </w:r>
    </w:p>
    <w:p w14:paraId="3EC839C6" w14:textId="4A1C2634" w:rsidR="00CA59F5" w:rsidRDefault="007D61CC" w:rsidP="00AE0B79">
      <w:pPr>
        <w:wordWrap w:val="0"/>
        <w:spacing w:after="80"/>
        <w:jc w:val="right"/>
        <w:rPr>
          <w:lang w:eastAsia="ja-JP"/>
        </w:rPr>
      </w:pPr>
      <w:r>
        <w:rPr>
          <w:lang w:eastAsia="ja-JP"/>
        </w:rPr>
        <w:t>商号又は名称：</w:t>
      </w:r>
      <w:r w:rsidR="00AE0B79">
        <w:rPr>
          <w:rFonts w:hint="eastAsia"/>
          <w:lang w:eastAsia="ja-JP"/>
        </w:rPr>
        <w:t xml:space="preserve">　　　　　　　　　　　　　　　</w:t>
      </w:r>
    </w:p>
    <w:p w14:paraId="225D3407" w14:textId="34F268C4" w:rsidR="00CA59F5" w:rsidRDefault="007D61CC" w:rsidP="00AE0B79">
      <w:pPr>
        <w:wordWrap w:val="0"/>
        <w:spacing w:after="240"/>
        <w:jc w:val="right"/>
      </w:pPr>
      <w:proofErr w:type="spellStart"/>
      <w:r>
        <w:t>代表者名</w:t>
      </w:r>
      <w:proofErr w:type="spellEnd"/>
      <w:r>
        <w:t>：</w:t>
      </w:r>
      <w:r w:rsidR="00AE0B79">
        <w:rPr>
          <w:rFonts w:hint="eastAsia"/>
          <w:lang w:eastAsia="ja-JP"/>
        </w:rPr>
        <w:t xml:space="preserve">　　　　　　　　　　　　　　　</w:t>
      </w:r>
    </w:p>
    <w:p w14:paraId="6CA1B4E0" w14:textId="77777777" w:rsidR="00CA59F5" w:rsidRDefault="007D61CC">
      <w:pPr>
        <w:spacing w:before="240" w:after="360"/>
        <w:jc w:val="center"/>
      </w:pPr>
      <w:r>
        <w:rPr>
          <w:b/>
          <w:sz w:val="32"/>
        </w:rPr>
        <w:t>参　加　辞　退　届</w:t>
      </w:r>
    </w:p>
    <w:p w14:paraId="12A4E865" w14:textId="77777777" w:rsidR="00CA59F5" w:rsidRDefault="007D61CC">
      <w:pPr>
        <w:spacing w:after="400"/>
        <w:rPr>
          <w:lang w:eastAsia="ja-JP"/>
        </w:rPr>
      </w:pPr>
      <w:r>
        <w:rPr>
          <w:lang w:eastAsia="ja-JP"/>
        </w:rPr>
        <w:t>業　務　名　　美幌町地域アプリ構築等業務</w:t>
      </w:r>
    </w:p>
    <w:p w14:paraId="5B741746" w14:textId="77777777" w:rsidR="00CA59F5" w:rsidRDefault="007D61CC">
      <w:pPr>
        <w:spacing w:after="400"/>
        <w:rPr>
          <w:lang w:eastAsia="ja-JP"/>
        </w:rPr>
      </w:pPr>
      <w:r>
        <w:rPr>
          <w:lang w:eastAsia="ja-JP"/>
        </w:rPr>
        <w:t xml:space="preserve">　標記業務については、都合により参加を辞退します。</w:t>
      </w:r>
    </w:p>
    <w:p w14:paraId="0FADB532" w14:textId="77777777" w:rsidR="00CA59F5" w:rsidRDefault="007D61CC">
      <w:pPr>
        <w:spacing w:after="80"/>
      </w:pPr>
      <w:r>
        <w:t>（</w:t>
      </w:r>
      <w:proofErr w:type="spellStart"/>
      <w:r>
        <w:t>辞退理由</w:t>
      </w:r>
      <w:proofErr w:type="spellEnd"/>
      <w:r>
        <w:t>）</w:t>
      </w:r>
    </w:p>
    <w:p w14:paraId="160CEDB3" w14:textId="77777777" w:rsidR="00CA59F5" w:rsidRDefault="00CA59F5">
      <w:pPr>
        <w:spacing w:after="120"/>
      </w:pPr>
    </w:p>
    <w:p w14:paraId="090797CA" w14:textId="77777777" w:rsidR="00CA59F5" w:rsidRDefault="00CA59F5">
      <w:pPr>
        <w:spacing w:after="120"/>
      </w:pPr>
    </w:p>
    <w:sectPr w:rsidR="00CA59F5" w:rsidSect="00034616">
      <w:pgSz w:w="12240" w:h="15840"/>
      <w:pgMar w:top="1077"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E2902" w14:textId="77777777" w:rsidR="00DA281B" w:rsidRDefault="00DA281B" w:rsidP="00AE0B79">
      <w:pPr>
        <w:spacing w:after="0" w:line="240" w:lineRule="auto"/>
      </w:pPr>
      <w:r>
        <w:separator/>
      </w:r>
    </w:p>
  </w:endnote>
  <w:endnote w:type="continuationSeparator" w:id="0">
    <w:p w14:paraId="6AA194A8" w14:textId="77777777" w:rsidR="00DA281B" w:rsidRDefault="00DA281B" w:rsidP="00AE0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B81E1" w14:textId="77777777" w:rsidR="00DA281B" w:rsidRDefault="00DA281B" w:rsidP="00AE0B79">
      <w:pPr>
        <w:spacing w:after="0" w:line="240" w:lineRule="auto"/>
      </w:pPr>
      <w:r>
        <w:separator/>
      </w:r>
    </w:p>
  </w:footnote>
  <w:footnote w:type="continuationSeparator" w:id="0">
    <w:p w14:paraId="150173F2" w14:textId="77777777" w:rsidR="00DA281B" w:rsidRDefault="00DA281B" w:rsidP="00AE0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94747095">
    <w:abstractNumId w:val="8"/>
  </w:num>
  <w:num w:numId="2" w16cid:durableId="1973051226">
    <w:abstractNumId w:val="6"/>
  </w:num>
  <w:num w:numId="3" w16cid:durableId="1674843921">
    <w:abstractNumId w:val="5"/>
  </w:num>
  <w:num w:numId="4" w16cid:durableId="970130018">
    <w:abstractNumId w:val="4"/>
  </w:num>
  <w:num w:numId="5" w16cid:durableId="467431821">
    <w:abstractNumId w:val="7"/>
  </w:num>
  <w:num w:numId="6" w16cid:durableId="579868746">
    <w:abstractNumId w:val="3"/>
  </w:num>
  <w:num w:numId="7" w16cid:durableId="290479867">
    <w:abstractNumId w:val="2"/>
  </w:num>
  <w:num w:numId="8" w16cid:durableId="800733750">
    <w:abstractNumId w:val="1"/>
  </w:num>
  <w:num w:numId="9" w16cid:durableId="179126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2F8B"/>
    <w:rsid w:val="0029639D"/>
    <w:rsid w:val="00326F90"/>
    <w:rsid w:val="007D61CC"/>
    <w:rsid w:val="00832BD0"/>
    <w:rsid w:val="009D43A2"/>
    <w:rsid w:val="00A46C57"/>
    <w:rsid w:val="00AA1D8D"/>
    <w:rsid w:val="00AE0B79"/>
    <w:rsid w:val="00B47730"/>
    <w:rsid w:val="00CA59F5"/>
    <w:rsid w:val="00CB0664"/>
    <w:rsid w:val="00DA28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919BAE9"/>
  <w14:defaultImageDpi w14:val="300"/>
  <w15:docId w15:val="{D6F056F5-43FE-4AF4-BBFB-B2FF499D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小野寺 弥沙</cp:lastModifiedBy>
  <cp:revision>2</cp:revision>
  <cp:lastPrinted>2026-07-30T08:51:00Z</cp:lastPrinted>
  <dcterms:created xsi:type="dcterms:W3CDTF">2026-07-30T08:53:00Z</dcterms:created>
  <dcterms:modified xsi:type="dcterms:W3CDTF">2026-07-30T08:53:00Z</dcterms:modified>
  <cp:category/>
</cp:coreProperties>
</file>